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1722" w14:textId="77777777" w:rsidR="008A0396" w:rsidRDefault="008A0396">
      <w:pPr>
        <w:spacing w:after="140"/>
      </w:pPr>
    </w:p>
    <w:p w14:paraId="0FA61028" w14:textId="77777777" w:rsidR="00C6639C" w:rsidRPr="00542C99" w:rsidRDefault="00000000" w:rsidP="008A0396">
      <w:pPr>
        <w:spacing w:after="80"/>
        <w:ind w:left="2160" w:firstLine="720"/>
        <w:rPr>
          <w:sz w:val="28"/>
          <w:szCs w:val="28"/>
        </w:rPr>
      </w:pPr>
      <w:r w:rsidRPr="00542C99">
        <w:rPr>
          <w:b/>
          <w:sz w:val="28"/>
          <w:szCs w:val="28"/>
        </w:rPr>
        <w:t xml:space="preserve">Title of Abstract: </w:t>
      </w:r>
      <w:r w:rsidRPr="00542C99">
        <w:rPr>
          <w:sz w:val="28"/>
          <w:szCs w:val="28"/>
        </w:rPr>
        <w:t>[Type your title here]</w:t>
      </w:r>
    </w:p>
    <w:p w14:paraId="70C678F0" w14:textId="4A46B07B" w:rsidR="00C6639C" w:rsidRDefault="00000000" w:rsidP="00FB2167">
      <w:pPr>
        <w:spacing w:after="80"/>
        <w:ind w:left="1440" w:firstLine="720"/>
        <w:jc w:val="center"/>
      </w:pPr>
      <w:r>
        <w:rPr>
          <w:b/>
        </w:rPr>
        <w:t xml:space="preserve">Author(s): </w:t>
      </w:r>
      <w:r>
        <w:t>[Full name(s)</w:t>
      </w:r>
      <w:r w:rsidR="00FB2167">
        <w:t xml:space="preserve">, Affiliation and email address of the </w:t>
      </w:r>
      <w:r w:rsidR="00FB2167" w:rsidRPr="00FB2167">
        <w:t>corresponding</w:t>
      </w:r>
      <w:r w:rsidR="00FB2167">
        <w:t xml:space="preserve"> </w:t>
      </w:r>
      <w:r w:rsidR="00FB2167" w:rsidRPr="00FB2167">
        <w:t>author</w:t>
      </w:r>
      <w:r w:rsidR="00FB2167">
        <w:t xml:space="preserve">] </w:t>
      </w:r>
      <w:r w:rsidR="008A0396">
        <w:t>Indicate</w:t>
      </w:r>
      <w:r w:rsidR="00FB2167">
        <w:t xml:space="preserve"> </w:t>
      </w:r>
      <w:r w:rsidR="008A0396">
        <w:t>* for corresponding author</w:t>
      </w:r>
    </w:p>
    <w:p w14:paraId="3F968AA1" w14:textId="77777777" w:rsidR="008A0396" w:rsidRDefault="008A0396" w:rsidP="008A0396">
      <w:pPr>
        <w:spacing w:after="80"/>
        <w:ind w:left="1440" w:firstLine="720"/>
      </w:pPr>
    </w:p>
    <w:p w14:paraId="65FEBCC3" w14:textId="77777777" w:rsidR="008A0396" w:rsidRDefault="008A0396">
      <w:pPr>
        <w:spacing w:before="120" w:after="40"/>
      </w:pPr>
    </w:p>
    <w:p w14:paraId="36EE7961" w14:textId="77777777" w:rsidR="00C6639C" w:rsidRDefault="00000000">
      <w:pPr>
        <w:spacing w:after="60"/>
      </w:pPr>
      <w:r>
        <w:rPr>
          <w:b/>
        </w:rPr>
        <w:t xml:space="preserve">Background: </w:t>
      </w:r>
      <w:r>
        <w:t>[Briefly introduce the research problem, context, research gap, or issue and explain its significance.]</w:t>
      </w:r>
    </w:p>
    <w:p w14:paraId="785D1ADA" w14:textId="77777777" w:rsidR="008A0396" w:rsidRDefault="008A0396">
      <w:pPr>
        <w:spacing w:after="60"/>
      </w:pPr>
    </w:p>
    <w:p w14:paraId="75B35F1E" w14:textId="77777777" w:rsidR="00C6639C" w:rsidRDefault="00000000">
      <w:pPr>
        <w:spacing w:after="60"/>
      </w:pPr>
      <w:r>
        <w:rPr>
          <w:b/>
        </w:rPr>
        <w:t xml:space="preserve">Objectives: </w:t>
      </w:r>
      <w:r>
        <w:t>[State the main objective(s) and/or research question(s) clearly.]</w:t>
      </w:r>
    </w:p>
    <w:p w14:paraId="24758D87" w14:textId="77777777" w:rsidR="008A0396" w:rsidRDefault="008A0396">
      <w:pPr>
        <w:spacing w:after="60"/>
      </w:pPr>
    </w:p>
    <w:p w14:paraId="7D54FCC7" w14:textId="77777777" w:rsidR="00C6639C" w:rsidRDefault="00000000">
      <w:pPr>
        <w:spacing w:after="60"/>
      </w:pPr>
      <w:r>
        <w:rPr>
          <w:b/>
        </w:rPr>
        <w:t xml:space="preserve">Methodology: </w:t>
      </w:r>
      <w:r>
        <w:t>[Briefly describe the research approach/design, setting/context, participants or data sources, data collection methods, and analysis.]</w:t>
      </w:r>
    </w:p>
    <w:p w14:paraId="794B02E5" w14:textId="77777777" w:rsidR="008A0396" w:rsidRDefault="008A0396">
      <w:pPr>
        <w:spacing w:after="60"/>
      </w:pPr>
    </w:p>
    <w:p w14:paraId="40725A4D" w14:textId="77777777" w:rsidR="00C6639C" w:rsidRDefault="00000000">
      <w:pPr>
        <w:spacing w:after="60"/>
      </w:pPr>
      <w:r>
        <w:rPr>
          <w:b/>
        </w:rPr>
        <w:t xml:space="preserve">Key Findings / Argument: </w:t>
      </w:r>
      <w:r>
        <w:t>[Present the main findings, central argument, interpretation, or contribution of the study.]</w:t>
      </w:r>
    </w:p>
    <w:p w14:paraId="19E50822" w14:textId="77777777" w:rsidR="008A0396" w:rsidRDefault="008A0396">
      <w:pPr>
        <w:spacing w:after="60"/>
      </w:pPr>
    </w:p>
    <w:p w14:paraId="7DFF071F" w14:textId="77777777" w:rsidR="00C6639C" w:rsidRDefault="00000000">
      <w:pPr>
        <w:spacing w:after="80"/>
      </w:pPr>
      <w:r>
        <w:rPr>
          <w:b/>
        </w:rPr>
        <w:t xml:space="preserve">Keywords: </w:t>
      </w:r>
      <w:r>
        <w:t>[3–5 keywords]</w:t>
      </w:r>
    </w:p>
    <w:p w14:paraId="7A8EA605" w14:textId="77777777" w:rsidR="008A0396" w:rsidRDefault="008A0396">
      <w:pPr>
        <w:spacing w:after="80"/>
      </w:pPr>
    </w:p>
    <w:p w14:paraId="3BC13795" w14:textId="77777777" w:rsidR="00C6639C" w:rsidRDefault="00000000">
      <w:pPr>
        <w:spacing w:before="200" w:after="40"/>
      </w:pPr>
      <w:r>
        <w:rPr>
          <w:b/>
        </w:rPr>
        <w:t>Formatting Checklist</w:t>
      </w:r>
    </w:p>
    <w:p w14:paraId="7E7E2AC3" w14:textId="77777777" w:rsidR="00C6639C" w:rsidRDefault="00000000">
      <w:pPr>
        <w:spacing w:after="20"/>
        <w:ind w:left="288"/>
      </w:pPr>
      <w:r>
        <w:t>☐ Title: Times New Roman, 14 pt, bold, centred.</w:t>
      </w:r>
    </w:p>
    <w:p w14:paraId="493B80A9" w14:textId="77777777" w:rsidR="00C6639C" w:rsidRDefault="00000000">
      <w:pPr>
        <w:spacing w:after="20"/>
        <w:ind w:left="288"/>
      </w:pPr>
      <w:r>
        <w:t>☐ Author and submission details: Times New Roman, 12 pt.</w:t>
      </w:r>
    </w:p>
    <w:p w14:paraId="0AC3BD1F" w14:textId="77777777" w:rsidR="00C6639C" w:rsidRDefault="00000000">
      <w:pPr>
        <w:spacing w:after="20"/>
        <w:ind w:left="288"/>
      </w:pPr>
      <w:r>
        <w:t>☐ Abstract text: Times New Roman, 12 pt, single-spaced.</w:t>
      </w:r>
    </w:p>
    <w:p w14:paraId="123B0D0E" w14:textId="77777777" w:rsidR="00C6639C" w:rsidRDefault="00000000">
      <w:pPr>
        <w:spacing w:after="20"/>
        <w:ind w:left="288"/>
      </w:pPr>
      <w:r>
        <w:t>☐ Abstract length: 250–300 words.</w:t>
      </w:r>
    </w:p>
    <w:p w14:paraId="7E708DCD" w14:textId="77777777" w:rsidR="00C6639C" w:rsidRDefault="00000000">
      <w:pPr>
        <w:spacing w:after="20"/>
        <w:ind w:left="288"/>
      </w:pPr>
      <w:r>
        <w:t>☐ Language: English.</w:t>
      </w:r>
    </w:p>
    <w:p w14:paraId="077A3AEA" w14:textId="77777777" w:rsidR="00C6639C" w:rsidRDefault="00000000">
      <w:pPr>
        <w:spacing w:after="20"/>
        <w:ind w:left="288"/>
      </w:pPr>
      <w:r>
        <w:t>☐ Remove all instructional text in square brackets before submission.</w:t>
      </w:r>
    </w:p>
    <w:p w14:paraId="24F2FA6B" w14:textId="596B2D66" w:rsidR="0088717D" w:rsidRDefault="0088717D" w:rsidP="0088717D">
      <w:pPr>
        <w:pStyle w:val="ListParagraph"/>
        <w:numPr>
          <w:ilvl w:val="0"/>
          <w:numId w:val="10"/>
        </w:numPr>
        <w:spacing w:after="20"/>
      </w:pPr>
      <w:r>
        <w:t>Save your Abstract as FISSMS</w:t>
      </w:r>
      <w:r w:rsidRPr="0088717D">
        <w:t>2026_</w:t>
      </w:r>
      <w:r w:rsidR="00DB5740">
        <w:t>Initials_</w:t>
      </w:r>
      <w:r w:rsidRPr="0088717D">
        <w:t>Surname</w:t>
      </w:r>
    </w:p>
    <w:p w14:paraId="56FBAD1C" w14:textId="77777777" w:rsidR="0088717D" w:rsidRDefault="0088717D">
      <w:pPr>
        <w:spacing w:after="20"/>
        <w:ind w:left="288"/>
      </w:pPr>
    </w:p>
    <w:sectPr w:rsidR="0088717D" w:rsidSect="00034616">
      <w:footerReference w:type="default" r:id="rId8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5050" w14:textId="77777777" w:rsidR="00635838" w:rsidRDefault="00635838">
      <w:pPr>
        <w:spacing w:after="0" w:line="240" w:lineRule="auto"/>
      </w:pPr>
      <w:r>
        <w:separator/>
      </w:r>
    </w:p>
  </w:endnote>
  <w:endnote w:type="continuationSeparator" w:id="0">
    <w:p w14:paraId="0BD403BF" w14:textId="77777777" w:rsidR="00635838" w:rsidRDefault="0063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87B5" w14:textId="77777777" w:rsidR="00C6639C" w:rsidRDefault="00000000">
    <w:pPr>
      <w:pStyle w:val="Footer"/>
      <w:jc w:val="center"/>
    </w:pPr>
    <w:r>
      <w:rPr>
        <w:sz w:val="18"/>
      </w:rPr>
      <w:t>FISSMS Undergraduate Research Symposium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24B9" w14:textId="77777777" w:rsidR="00635838" w:rsidRDefault="00635838">
      <w:pPr>
        <w:spacing w:after="0" w:line="240" w:lineRule="auto"/>
      </w:pPr>
      <w:r>
        <w:separator/>
      </w:r>
    </w:p>
  </w:footnote>
  <w:footnote w:type="continuationSeparator" w:id="0">
    <w:p w14:paraId="7CBB5257" w14:textId="77777777" w:rsidR="00635838" w:rsidRDefault="00635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B70E51"/>
    <w:multiLevelType w:val="hybridMultilevel"/>
    <w:tmpl w:val="C7FEEB9C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804276944">
    <w:abstractNumId w:val="8"/>
  </w:num>
  <w:num w:numId="2" w16cid:durableId="1639601654">
    <w:abstractNumId w:val="6"/>
  </w:num>
  <w:num w:numId="3" w16cid:durableId="362829700">
    <w:abstractNumId w:val="5"/>
  </w:num>
  <w:num w:numId="4" w16cid:durableId="1442408400">
    <w:abstractNumId w:val="4"/>
  </w:num>
  <w:num w:numId="5" w16cid:durableId="1086147260">
    <w:abstractNumId w:val="7"/>
  </w:num>
  <w:num w:numId="6" w16cid:durableId="1674380972">
    <w:abstractNumId w:val="3"/>
  </w:num>
  <w:num w:numId="7" w16cid:durableId="184103977">
    <w:abstractNumId w:val="2"/>
  </w:num>
  <w:num w:numId="8" w16cid:durableId="251210402">
    <w:abstractNumId w:val="1"/>
  </w:num>
  <w:num w:numId="9" w16cid:durableId="1869173521">
    <w:abstractNumId w:val="0"/>
  </w:num>
  <w:num w:numId="10" w16cid:durableId="70931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961"/>
    <w:rsid w:val="0015074B"/>
    <w:rsid w:val="0029639D"/>
    <w:rsid w:val="00326F90"/>
    <w:rsid w:val="00422451"/>
    <w:rsid w:val="00542182"/>
    <w:rsid w:val="00542C99"/>
    <w:rsid w:val="005D6092"/>
    <w:rsid w:val="00635838"/>
    <w:rsid w:val="00743917"/>
    <w:rsid w:val="007461C9"/>
    <w:rsid w:val="007C3CD5"/>
    <w:rsid w:val="0088717D"/>
    <w:rsid w:val="008A0396"/>
    <w:rsid w:val="00A60EAA"/>
    <w:rsid w:val="00AA1D8D"/>
    <w:rsid w:val="00B47730"/>
    <w:rsid w:val="00C63565"/>
    <w:rsid w:val="00C6639C"/>
    <w:rsid w:val="00CB0664"/>
    <w:rsid w:val="00D9241A"/>
    <w:rsid w:val="00DB5740"/>
    <w:rsid w:val="00DD7103"/>
    <w:rsid w:val="00FB21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844D1"/>
  <w14:defaultImageDpi w14:val="300"/>
  <w15:docId w15:val="{DF4EE74F-EE36-4C3C-A4D1-0DEF0FDC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Veranga Kavithri Wickramasinghe</cp:lastModifiedBy>
  <cp:revision>7</cp:revision>
  <dcterms:created xsi:type="dcterms:W3CDTF">2026-08-10T08:35:00Z</dcterms:created>
  <dcterms:modified xsi:type="dcterms:W3CDTF">2026-08-16T14:29:00Z</dcterms:modified>
  <cp:category/>
</cp:coreProperties>
</file>